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7CC7E5" w14:textId="77777777" w:rsidR="009B232E" w:rsidRPr="009B232E" w:rsidRDefault="009B232E" w:rsidP="009B232E">
      <w:pPr>
        <w:pStyle w:val="NormalWeb"/>
        <w:rPr>
          <w:sz w:val="28"/>
          <w:szCs w:val="28"/>
        </w:rPr>
      </w:pPr>
      <w:r w:rsidRPr="009B232E">
        <w:rPr>
          <w:rStyle w:val="Strong"/>
          <w:sz w:val="28"/>
          <w:szCs w:val="28"/>
        </w:rPr>
        <w:t>NAVEENA MACHA</w:t>
      </w:r>
    </w:p>
    <w:p w14:paraId="044E0ACA" w14:textId="551DE217" w:rsidR="009B232E" w:rsidRDefault="009B232E" w:rsidP="009B232E">
      <w:pPr>
        <w:pStyle w:val="NormalWeb"/>
      </w:pPr>
      <w:hyperlink r:id="rId6" w:history="1">
        <w:r w:rsidRPr="00682B2B">
          <w:rPr>
            <w:rStyle w:val="Hyperlink"/>
          </w:rPr>
          <w:t>veenamacha3@gmail.com</w:t>
        </w:r>
      </w:hyperlink>
      <w:r>
        <w:t xml:space="preserve">  | </w:t>
      </w:r>
      <w:r>
        <w:rPr>
          <w:rStyle w:val="Strong"/>
        </w:rPr>
        <w:t>+234 7086367695</w:t>
      </w:r>
      <w:r>
        <w:t xml:space="preserve"> | +91 9573088069 | Lagos, Nigeria</w:t>
      </w:r>
    </w:p>
    <w:p w14:paraId="6764D86F" w14:textId="77777777" w:rsidR="009B232E" w:rsidRDefault="009B232E" w:rsidP="009B232E">
      <w:pPr>
        <w:pStyle w:val="NormalWeb"/>
      </w:pPr>
    </w:p>
    <w:p w14:paraId="700EC3B9" w14:textId="4AA0A2E4" w:rsidR="000A3144" w:rsidRDefault="00000000">
      <w:r>
        <w:rPr>
          <w:b/>
          <w:sz w:val="26"/>
        </w:rPr>
        <w:t>CAREER OBJECTIVE</w:t>
      </w:r>
    </w:p>
    <w:p w14:paraId="017790B7" w14:textId="32CB70AE" w:rsidR="000A3144" w:rsidRDefault="00A14D22">
      <w:r>
        <w:t>SEO and Digital Marketing professional with hands-on internship experience in keyword research, on-page SEO, off-page SEO, backlink outreach, WordPress optimization, and Google Analytics (GA4). HubSpot Certified with practical exposure to real-world SEO projects. Currently advancing skills in SEO and WordPress through Unified Mentor and seeking an opportunity to contribute and grow as an SEO Intern.</w:t>
      </w:r>
    </w:p>
    <w:p w14:paraId="62F75D5F" w14:textId="77777777" w:rsidR="000A3144" w:rsidRDefault="00000000">
      <w:pPr>
        <w:rPr>
          <w:b/>
          <w:sz w:val="26"/>
        </w:rPr>
      </w:pPr>
      <w:r>
        <w:rPr>
          <w:b/>
          <w:sz w:val="26"/>
        </w:rPr>
        <w:t>WORK EXPERIENCE</w:t>
      </w:r>
    </w:p>
    <w:p w14:paraId="13F4749C" w14:textId="77777777" w:rsidR="00185101" w:rsidRPr="00185101" w:rsidRDefault="00185101" w:rsidP="00185101">
      <w:pPr>
        <w:spacing w:before="100" w:beforeAutospacing="1" w:after="100" w:afterAutospacing="1" w:line="240" w:lineRule="auto"/>
        <w:rPr>
          <w:rFonts w:ascii="Times New Roman" w:eastAsia="Times New Roman" w:hAnsi="Times New Roman" w:cs="Times New Roman"/>
          <w:sz w:val="24"/>
          <w:szCs w:val="24"/>
        </w:rPr>
      </w:pPr>
      <w:r w:rsidRPr="00185101">
        <w:rPr>
          <w:rFonts w:ascii="Times New Roman" w:eastAsia="Times New Roman" w:hAnsi="Times New Roman" w:cs="Times New Roman"/>
          <w:b/>
          <w:bCs/>
          <w:sz w:val="24"/>
          <w:szCs w:val="24"/>
        </w:rPr>
        <w:t>Digital Marketing Fellow (SEO &amp; WordPress Focus)</w:t>
      </w:r>
      <w:r w:rsidRPr="00185101">
        <w:rPr>
          <w:rFonts w:ascii="Times New Roman" w:eastAsia="Times New Roman" w:hAnsi="Times New Roman" w:cs="Times New Roman"/>
          <w:sz w:val="24"/>
          <w:szCs w:val="24"/>
        </w:rPr>
        <w:br/>
        <w:t>Unified Mentor | Apr 2026 – Present</w:t>
      </w:r>
    </w:p>
    <w:p w14:paraId="242A30CF" w14:textId="77777777" w:rsidR="00185101" w:rsidRPr="00185101" w:rsidRDefault="00185101" w:rsidP="00185101">
      <w:pPr>
        <w:numPr>
          <w:ilvl w:val="0"/>
          <w:numId w:val="10"/>
        </w:numPr>
        <w:spacing w:before="100" w:beforeAutospacing="1" w:after="100" w:afterAutospacing="1" w:line="240" w:lineRule="auto"/>
        <w:rPr>
          <w:rFonts w:ascii="Times New Roman" w:eastAsia="Times New Roman" w:hAnsi="Times New Roman" w:cs="Times New Roman"/>
          <w:sz w:val="24"/>
          <w:szCs w:val="24"/>
        </w:rPr>
      </w:pPr>
      <w:r w:rsidRPr="00185101">
        <w:rPr>
          <w:rFonts w:ascii="Times New Roman" w:eastAsia="Times New Roman" w:hAnsi="Times New Roman" w:cs="Times New Roman"/>
          <w:sz w:val="24"/>
          <w:szCs w:val="24"/>
        </w:rPr>
        <w:t xml:space="preserve">Implementing on-page and off-page SEO techniques on practice projects </w:t>
      </w:r>
    </w:p>
    <w:p w14:paraId="019F2828" w14:textId="77777777" w:rsidR="00185101" w:rsidRPr="00185101" w:rsidRDefault="00185101" w:rsidP="00185101">
      <w:pPr>
        <w:numPr>
          <w:ilvl w:val="0"/>
          <w:numId w:val="10"/>
        </w:numPr>
        <w:spacing w:before="100" w:beforeAutospacing="1" w:after="100" w:afterAutospacing="1" w:line="240" w:lineRule="auto"/>
        <w:rPr>
          <w:rFonts w:ascii="Times New Roman" w:eastAsia="Times New Roman" w:hAnsi="Times New Roman" w:cs="Times New Roman"/>
          <w:sz w:val="24"/>
          <w:szCs w:val="24"/>
        </w:rPr>
      </w:pPr>
      <w:r w:rsidRPr="00185101">
        <w:rPr>
          <w:rFonts w:ascii="Times New Roman" w:eastAsia="Times New Roman" w:hAnsi="Times New Roman" w:cs="Times New Roman"/>
          <w:sz w:val="24"/>
          <w:szCs w:val="24"/>
        </w:rPr>
        <w:t xml:space="preserve">Performing keyword research and content optimization </w:t>
      </w:r>
    </w:p>
    <w:p w14:paraId="51D4276D" w14:textId="77777777" w:rsidR="00185101" w:rsidRPr="00185101" w:rsidRDefault="00185101" w:rsidP="00185101">
      <w:pPr>
        <w:numPr>
          <w:ilvl w:val="0"/>
          <w:numId w:val="10"/>
        </w:numPr>
        <w:spacing w:before="100" w:beforeAutospacing="1" w:after="100" w:afterAutospacing="1" w:line="240" w:lineRule="auto"/>
        <w:rPr>
          <w:rFonts w:ascii="Times New Roman" w:eastAsia="Times New Roman" w:hAnsi="Times New Roman" w:cs="Times New Roman"/>
          <w:sz w:val="24"/>
          <w:szCs w:val="24"/>
        </w:rPr>
      </w:pPr>
      <w:r w:rsidRPr="00185101">
        <w:rPr>
          <w:rFonts w:ascii="Times New Roman" w:eastAsia="Times New Roman" w:hAnsi="Times New Roman" w:cs="Times New Roman"/>
          <w:sz w:val="24"/>
          <w:szCs w:val="24"/>
        </w:rPr>
        <w:t xml:space="preserve">Optimizing WordPress websites for SEO performance </w:t>
      </w:r>
    </w:p>
    <w:p w14:paraId="52F95079" w14:textId="77777777" w:rsidR="00185101" w:rsidRPr="00185101" w:rsidRDefault="00185101" w:rsidP="00185101">
      <w:pPr>
        <w:numPr>
          <w:ilvl w:val="0"/>
          <w:numId w:val="10"/>
        </w:numPr>
        <w:spacing w:before="100" w:beforeAutospacing="1" w:after="100" w:afterAutospacing="1" w:line="240" w:lineRule="auto"/>
        <w:rPr>
          <w:rFonts w:ascii="Times New Roman" w:eastAsia="Times New Roman" w:hAnsi="Times New Roman" w:cs="Times New Roman"/>
          <w:sz w:val="24"/>
          <w:szCs w:val="24"/>
        </w:rPr>
      </w:pPr>
      <w:r w:rsidRPr="00185101">
        <w:rPr>
          <w:rFonts w:ascii="Times New Roman" w:eastAsia="Times New Roman" w:hAnsi="Times New Roman" w:cs="Times New Roman"/>
          <w:sz w:val="24"/>
          <w:szCs w:val="24"/>
        </w:rPr>
        <w:t>Applying technical SEO fundamentals and site audit concepts</w:t>
      </w:r>
    </w:p>
    <w:p w14:paraId="01439854" w14:textId="4A65E288" w:rsidR="000A3144" w:rsidRDefault="0068013C">
      <w:r>
        <w:rPr>
          <w:b/>
        </w:rPr>
        <w:t>SEO &amp; Digital Marketing Intern</w:t>
      </w:r>
      <w:r>
        <w:br/>
        <w:t>GOA Tek</w:t>
      </w:r>
      <w:r w:rsidR="00212BA5">
        <w:t xml:space="preserve"> Inc</w:t>
      </w:r>
      <w:r>
        <w:t>, Virtual | Jan 2026 – Apr 2026</w:t>
      </w:r>
    </w:p>
    <w:p w14:paraId="19376F43" w14:textId="77777777" w:rsidR="000A3144" w:rsidRDefault="00000000">
      <w:pPr>
        <w:pStyle w:val="ListBullet"/>
      </w:pPr>
      <w:r>
        <w:t>Conducted keyword research and implemented on-page and off-page SEO strategies</w:t>
      </w:r>
    </w:p>
    <w:p w14:paraId="7EB41F46" w14:textId="77777777" w:rsidR="000A3144" w:rsidRDefault="00000000">
      <w:pPr>
        <w:pStyle w:val="ListBullet"/>
      </w:pPr>
      <w:r>
        <w:t>Executed backlink campaigns and SEO optimization activities</w:t>
      </w:r>
    </w:p>
    <w:p w14:paraId="5F20C623" w14:textId="77777777" w:rsidR="000A3144" w:rsidRDefault="00000000">
      <w:pPr>
        <w:pStyle w:val="ListBullet"/>
      </w:pPr>
      <w:r>
        <w:t>Improved website content, meta tags, headings, and internal linking</w:t>
      </w:r>
    </w:p>
    <w:p w14:paraId="3AC63847" w14:textId="7BAAF24E" w:rsidR="003268B6" w:rsidRDefault="003268B6">
      <w:pPr>
        <w:pStyle w:val="ListBullet"/>
      </w:pPr>
      <w:r>
        <w:t>Monitored website performance using Google Analytics (GA4), Google Search Console, and SEO tools</w:t>
      </w:r>
    </w:p>
    <w:p w14:paraId="40DD1CD7" w14:textId="77777777" w:rsidR="000A3144" w:rsidRDefault="00000000">
      <w:pPr>
        <w:pStyle w:val="ListBullet"/>
      </w:pPr>
      <w:r>
        <w:t>Supported organic traffic growth and search visibility improvements</w:t>
      </w:r>
    </w:p>
    <w:p w14:paraId="7DA83480" w14:textId="187A3E7E" w:rsidR="000A3144" w:rsidRDefault="00000000">
      <w:r>
        <w:rPr>
          <w:b/>
        </w:rPr>
        <w:t>Email Marketing Intern</w:t>
      </w:r>
      <w:r>
        <w:br/>
        <w:t>GOA Tek</w:t>
      </w:r>
      <w:r w:rsidR="00E86DC6">
        <w:t xml:space="preserve"> Inc</w:t>
      </w:r>
      <w:r>
        <w:t xml:space="preserve"> | May 2026 – Present</w:t>
      </w:r>
    </w:p>
    <w:p w14:paraId="7EF3B9F7" w14:textId="2A410869" w:rsidR="004F694F" w:rsidRPr="004F694F" w:rsidRDefault="004F694F" w:rsidP="004F694F">
      <w:pPr>
        <w:spacing w:after="0" w:line="240" w:lineRule="auto"/>
        <w:rPr>
          <w:rFonts w:ascii="Times New Roman" w:eastAsia="Times New Roman" w:hAnsi="Times New Roman" w:cs="Times New Roman"/>
          <w:sz w:val="24"/>
          <w:szCs w:val="24"/>
        </w:rPr>
      </w:pPr>
      <w:r w:rsidRPr="004F694F">
        <w:rPr>
          <w:rFonts w:ascii="Times New Roman" w:eastAsia="Times New Roman" w:hAnsi="Symbol" w:cs="Times New Roman"/>
          <w:sz w:val="24"/>
          <w:szCs w:val="24"/>
        </w:rPr>
        <w:t></w:t>
      </w:r>
      <w:r w:rsidRPr="004F694F">
        <w:rPr>
          <w:rFonts w:ascii="Times New Roman" w:eastAsia="Times New Roman" w:hAnsi="Times New Roman" w:cs="Times New Roman"/>
          <w:sz w:val="24"/>
          <w:szCs w:val="24"/>
        </w:rPr>
        <w:t xml:space="preserve"> Creating and scheduling email marketing campaigns </w:t>
      </w:r>
    </w:p>
    <w:p w14:paraId="67323AE1" w14:textId="6613ACEE" w:rsidR="004F694F" w:rsidRPr="004F694F" w:rsidRDefault="004F694F" w:rsidP="004F694F">
      <w:pPr>
        <w:spacing w:after="0" w:line="240" w:lineRule="auto"/>
        <w:rPr>
          <w:rFonts w:ascii="Times New Roman" w:eastAsia="Times New Roman" w:hAnsi="Times New Roman" w:cs="Times New Roman"/>
          <w:sz w:val="24"/>
          <w:szCs w:val="24"/>
        </w:rPr>
      </w:pPr>
      <w:r w:rsidRPr="004F694F">
        <w:rPr>
          <w:rFonts w:ascii="Times New Roman" w:eastAsia="Times New Roman" w:hAnsi="Symbol" w:cs="Times New Roman"/>
          <w:sz w:val="24"/>
          <w:szCs w:val="24"/>
        </w:rPr>
        <w:t></w:t>
      </w:r>
      <w:r w:rsidRPr="004F694F">
        <w:rPr>
          <w:rFonts w:ascii="Times New Roman" w:eastAsia="Times New Roman" w:hAnsi="Times New Roman" w:cs="Times New Roman"/>
          <w:sz w:val="24"/>
          <w:szCs w:val="24"/>
        </w:rPr>
        <w:t xml:space="preserve"> Supporting audience segmentation and email optimization </w:t>
      </w:r>
    </w:p>
    <w:p w14:paraId="0769945D" w14:textId="5B02E06A" w:rsidR="004F694F" w:rsidRDefault="004F694F" w:rsidP="004F694F">
      <w:r w:rsidRPr="004F694F">
        <w:rPr>
          <w:rFonts w:ascii="Times New Roman" w:eastAsia="Times New Roman" w:hAnsi="Symbol" w:cs="Times New Roman"/>
          <w:sz w:val="24"/>
          <w:szCs w:val="24"/>
        </w:rPr>
        <w:t></w:t>
      </w:r>
      <w:r w:rsidRPr="004F694F">
        <w:rPr>
          <w:rFonts w:ascii="Times New Roman" w:eastAsia="Times New Roman" w:hAnsi="Times New Roman" w:cs="Times New Roman"/>
          <w:sz w:val="24"/>
          <w:szCs w:val="24"/>
        </w:rPr>
        <w:t xml:space="preserve"> Monitoring campaign performance metrics and engagement rates</w:t>
      </w:r>
    </w:p>
    <w:p w14:paraId="0BB13EC7" w14:textId="0A76002E" w:rsidR="000A3144" w:rsidRDefault="00000000">
      <w:r>
        <w:rPr>
          <w:b/>
        </w:rPr>
        <w:t>Social Media Manager Intern</w:t>
      </w:r>
      <w:r>
        <w:br/>
        <w:t xml:space="preserve">MP Supply | Apr 2026 – </w:t>
      </w:r>
      <w:r w:rsidR="00E86DC6">
        <w:t>June</w:t>
      </w:r>
      <w:r w:rsidR="00D23CB1">
        <w:t xml:space="preserve"> 1st, 2026</w:t>
      </w:r>
    </w:p>
    <w:p w14:paraId="40D505F5" w14:textId="43A93949" w:rsidR="00AF71D1" w:rsidRPr="00AF71D1" w:rsidRDefault="00AF71D1" w:rsidP="00AF71D1">
      <w:pPr>
        <w:spacing w:after="0" w:line="240" w:lineRule="auto"/>
        <w:rPr>
          <w:rFonts w:ascii="Times New Roman" w:eastAsia="Times New Roman" w:hAnsi="Times New Roman" w:cs="Times New Roman"/>
          <w:sz w:val="24"/>
          <w:szCs w:val="24"/>
        </w:rPr>
      </w:pPr>
      <w:r w:rsidRPr="00AF71D1">
        <w:rPr>
          <w:rFonts w:ascii="Times New Roman" w:eastAsia="Times New Roman" w:hAnsi="Symbol" w:cs="Times New Roman"/>
          <w:sz w:val="24"/>
          <w:szCs w:val="24"/>
        </w:rPr>
        <w:t></w:t>
      </w:r>
      <w:r w:rsidRPr="00AF71D1">
        <w:rPr>
          <w:rFonts w:ascii="Times New Roman" w:eastAsia="Times New Roman" w:hAnsi="Times New Roman" w:cs="Times New Roman"/>
          <w:sz w:val="24"/>
          <w:szCs w:val="24"/>
        </w:rPr>
        <w:t xml:space="preserve"> Managed social media content planning and scheduling </w:t>
      </w:r>
    </w:p>
    <w:p w14:paraId="47524EBC" w14:textId="5ACF1787" w:rsidR="00AF71D1" w:rsidRPr="00AF71D1" w:rsidRDefault="00AF71D1" w:rsidP="00AF71D1">
      <w:pPr>
        <w:spacing w:after="0" w:line="240" w:lineRule="auto"/>
        <w:rPr>
          <w:rFonts w:ascii="Times New Roman" w:eastAsia="Times New Roman" w:hAnsi="Times New Roman" w:cs="Times New Roman"/>
          <w:sz w:val="24"/>
          <w:szCs w:val="24"/>
        </w:rPr>
      </w:pPr>
      <w:r w:rsidRPr="00AF71D1">
        <w:rPr>
          <w:rFonts w:ascii="Times New Roman" w:eastAsia="Times New Roman" w:hAnsi="Symbol" w:cs="Times New Roman"/>
          <w:sz w:val="24"/>
          <w:szCs w:val="24"/>
        </w:rPr>
        <w:t></w:t>
      </w:r>
      <w:r w:rsidRPr="00AF71D1">
        <w:rPr>
          <w:rFonts w:ascii="Times New Roman" w:eastAsia="Times New Roman" w:hAnsi="Times New Roman" w:cs="Times New Roman"/>
          <w:sz w:val="24"/>
          <w:szCs w:val="24"/>
        </w:rPr>
        <w:t xml:space="preserve"> Created engagement-focused captions and promotional content </w:t>
      </w:r>
    </w:p>
    <w:p w14:paraId="306FDF09" w14:textId="5B2B0764" w:rsidR="00AF71D1" w:rsidRDefault="00AF71D1" w:rsidP="00AF71D1">
      <w:r w:rsidRPr="00AF71D1">
        <w:rPr>
          <w:rFonts w:ascii="Times New Roman" w:eastAsia="Times New Roman" w:hAnsi="Symbol" w:cs="Times New Roman"/>
          <w:sz w:val="24"/>
          <w:szCs w:val="24"/>
        </w:rPr>
        <w:lastRenderedPageBreak/>
        <w:t></w:t>
      </w:r>
      <w:r w:rsidRPr="00AF71D1">
        <w:rPr>
          <w:rFonts w:ascii="Times New Roman" w:eastAsia="Times New Roman" w:hAnsi="Times New Roman" w:cs="Times New Roman"/>
          <w:sz w:val="24"/>
          <w:szCs w:val="24"/>
        </w:rPr>
        <w:t xml:space="preserve"> Supported brand visibility and audience engagement</w:t>
      </w:r>
    </w:p>
    <w:p w14:paraId="732F5A45" w14:textId="4BA80EB8" w:rsidR="000A3144" w:rsidRDefault="00E86DC6">
      <w:r>
        <w:rPr>
          <w:b/>
        </w:rPr>
        <w:t xml:space="preserve"> S</w:t>
      </w:r>
      <w:r w:rsidR="00DB37DC">
        <w:rPr>
          <w:b/>
        </w:rPr>
        <w:t xml:space="preserve">ocial </w:t>
      </w:r>
      <w:r>
        <w:rPr>
          <w:b/>
        </w:rPr>
        <w:t>M</w:t>
      </w:r>
      <w:r w:rsidR="00DB37DC">
        <w:rPr>
          <w:b/>
        </w:rPr>
        <w:t xml:space="preserve">edia </w:t>
      </w:r>
      <w:r>
        <w:rPr>
          <w:b/>
        </w:rPr>
        <w:t>M</w:t>
      </w:r>
      <w:r w:rsidR="00DB37DC">
        <w:rPr>
          <w:b/>
        </w:rPr>
        <w:t>arketing</w:t>
      </w:r>
      <w:r>
        <w:rPr>
          <w:b/>
        </w:rPr>
        <w:t xml:space="preserve"> Intern</w:t>
      </w:r>
      <w:r>
        <w:br/>
        <w:t>Research Pro (</w:t>
      </w:r>
      <w:proofErr w:type="spellStart"/>
      <w:r>
        <w:t>Corenest</w:t>
      </w:r>
      <w:proofErr w:type="spellEnd"/>
      <w:r>
        <w:t xml:space="preserve"> Tech LLP) | Nov 2025 – Jan 2026</w:t>
      </w:r>
    </w:p>
    <w:p w14:paraId="7AA7116F" w14:textId="77777777" w:rsidR="000A3144" w:rsidRDefault="00000000">
      <w:pPr>
        <w:pStyle w:val="ListBullet"/>
      </w:pPr>
      <w:r>
        <w:t>Managed social media platforms and scheduled marketing content</w:t>
      </w:r>
    </w:p>
    <w:p w14:paraId="7654BFA4" w14:textId="77777777" w:rsidR="000A3144" w:rsidRDefault="00000000">
      <w:pPr>
        <w:pStyle w:val="ListBullet"/>
      </w:pPr>
      <w:r>
        <w:t>Assisted with Meta Ads campaigns and audience engagement</w:t>
      </w:r>
    </w:p>
    <w:p w14:paraId="2C48DB35" w14:textId="77777777" w:rsidR="000A3144" w:rsidRDefault="00000000">
      <w:pPr>
        <w:pStyle w:val="ListBullet"/>
      </w:pPr>
      <w:r>
        <w:t>Supported local SEO and business listing activities</w:t>
      </w:r>
    </w:p>
    <w:p w14:paraId="020E5800" w14:textId="77777777" w:rsidR="000A3144" w:rsidRDefault="00000000">
      <w:pPr>
        <w:pStyle w:val="ListBullet"/>
      </w:pPr>
      <w:r>
        <w:t>Used analytics tools to monitor campaign performance</w:t>
      </w:r>
    </w:p>
    <w:p w14:paraId="7B52A002" w14:textId="77777777" w:rsidR="000A3144" w:rsidRDefault="00000000">
      <w:r>
        <w:rPr>
          <w:b/>
        </w:rPr>
        <w:t>Bench Sales Recruiter</w:t>
      </w:r>
      <w:r>
        <w:br/>
        <w:t>Ace-Ryan LLC, Virtual | Aug 2021 – Aug 2025</w:t>
      </w:r>
    </w:p>
    <w:p w14:paraId="2BD16CC8" w14:textId="77777777" w:rsidR="000A3144" w:rsidRDefault="00000000">
      <w:pPr>
        <w:pStyle w:val="ListBullet"/>
      </w:pPr>
      <w:r>
        <w:t>Managed end-to-end recruitment lifecycle for US-based clients</w:t>
      </w:r>
    </w:p>
    <w:p w14:paraId="1C470F66" w14:textId="77777777" w:rsidR="000A3144" w:rsidRDefault="00000000">
      <w:pPr>
        <w:pStyle w:val="ListBullet"/>
      </w:pPr>
      <w:r>
        <w:t>Built strong client and consultant relationships</w:t>
      </w:r>
    </w:p>
    <w:p w14:paraId="6D266E41" w14:textId="77777777" w:rsidR="000A3144" w:rsidRDefault="00000000">
      <w:pPr>
        <w:pStyle w:val="ListBullet"/>
      </w:pPr>
      <w:r>
        <w:t>Used LinkedIn, Monster, and job portals for candidate sourcing</w:t>
      </w:r>
    </w:p>
    <w:p w14:paraId="7660A846" w14:textId="77777777" w:rsidR="000A3144" w:rsidRDefault="00000000">
      <w:r>
        <w:rPr>
          <w:b/>
        </w:rPr>
        <w:t>Sales Representative</w:t>
      </w:r>
      <w:r>
        <w:br/>
        <w:t>Kenvee Nig Ltd, Lagos | Jan 2010 – Apr 2015</w:t>
      </w:r>
    </w:p>
    <w:p w14:paraId="75247E96" w14:textId="77777777" w:rsidR="000A3144" w:rsidRDefault="00000000">
      <w:pPr>
        <w:pStyle w:val="ListBullet"/>
      </w:pPr>
      <w:r>
        <w:t>Maintained strong client relationships and supported sales growth</w:t>
      </w:r>
    </w:p>
    <w:p w14:paraId="141935C2" w14:textId="77777777" w:rsidR="000A3144" w:rsidRDefault="00000000">
      <w:pPr>
        <w:pStyle w:val="ListBullet"/>
      </w:pPr>
      <w:r>
        <w:t>Collaborated with teams to improve customer engagement and campaigns</w:t>
      </w:r>
    </w:p>
    <w:p w14:paraId="2630114B" w14:textId="77777777" w:rsidR="000A3144" w:rsidRDefault="00000000">
      <w:r>
        <w:rPr>
          <w:b/>
          <w:sz w:val="26"/>
        </w:rPr>
        <w:t>TRAINING &amp; CERTIFICATIONS</w:t>
      </w:r>
    </w:p>
    <w:p w14:paraId="1D143E78" w14:textId="77777777" w:rsidR="000A3144" w:rsidRDefault="00000000">
      <w:pPr>
        <w:pStyle w:val="ListBullet"/>
      </w:pPr>
      <w:r>
        <w:t>Digital Marketing Course – Digital Vidya | Jun 2025 – Dec 2025</w:t>
      </w:r>
    </w:p>
    <w:p w14:paraId="2CAD3B5D" w14:textId="77777777" w:rsidR="000A3144" w:rsidRDefault="00000000">
      <w:pPr>
        <w:pStyle w:val="ListBullet"/>
      </w:pPr>
      <w:r>
        <w:t>HubSpot Content Marketing Certification</w:t>
      </w:r>
    </w:p>
    <w:p w14:paraId="0CCB3A5A" w14:textId="77777777" w:rsidR="000A3144" w:rsidRDefault="00000000">
      <w:r>
        <w:rPr>
          <w:b/>
          <w:sz w:val="26"/>
        </w:rPr>
        <w:t>EDUCATION</w:t>
      </w:r>
    </w:p>
    <w:p w14:paraId="6B8A40D2" w14:textId="77777777" w:rsidR="000A3144" w:rsidRDefault="00000000">
      <w:pPr>
        <w:pStyle w:val="ListBullet"/>
      </w:pPr>
      <w:r>
        <w:t>MBA (HR), IIBM | 2015 – 2016</w:t>
      </w:r>
    </w:p>
    <w:p w14:paraId="31E5A5FC" w14:textId="77777777" w:rsidR="000A3144" w:rsidRDefault="00000000">
      <w:pPr>
        <w:pStyle w:val="ListBullet"/>
      </w:pPr>
      <w:r>
        <w:t>Bachelor of Commerce (B.Com), Osmania University</w:t>
      </w:r>
    </w:p>
    <w:p w14:paraId="3AA41944" w14:textId="4BB0C11F" w:rsidR="0066090B" w:rsidRDefault="00000000">
      <w:r>
        <w:rPr>
          <w:b/>
          <w:sz w:val="26"/>
        </w:rPr>
        <w:t>SKI</w:t>
      </w:r>
      <w:r w:rsidR="002012B3">
        <w:rPr>
          <w:b/>
          <w:sz w:val="26"/>
        </w:rPr>
        <w:t>LLS</w:t>
      </w:r>
      <w:r w:rsidR="0066090B" w:rsidRPr="0066090B">
        <w:t xml:space="preserve"> </w:t>
      </w:r>
    </w:p>
    <w:p w14:paraId="521D8B63" w14:textId="380271DA" w:rsidR="000A3144" w:rsidRDefault="0066090B">
      <w:pPr>
        <w:rPr>
          <w:b/>
          <w:sz w:val="26"/>
        </w:rPr>
      </w:pPr>
      <w:r>
        <w:t>SEO (On-page &amp; Off-page), Keyword Research, Backlink Outreach, Content Optimization, Google Analytics (GA4), Google Search Console, Google Keyword Planner, WordPress, Social Media Marketing, Meta Ads, Google Ads, Email Marketing, Canva, Lead Generation, CRM, Microsoft Office, Communication</w:t>
      </w:r>
    </w:p>
    <w:p w14:paraId="3894D5C7" w14:textId="77777777" w:rsidR="0066090B" w:rsidRDefault="0066090B"/>
    <w:p w14:paraId="1104E3FB" w14:textId="77777777" w:rsidR="000A3144" w:rsidRDefault="00000000">
      <w:r>
        <w:rPr>
          <w:b/>
          <w:sz w:val="26"/>
        </w:rPr>
        <w:t>ADDITIONAL INFORMATION</w:t>
      </w:r>
    </w:p>
    <w:p w14:paraId="03AAD36D" w14:textId="77777777" w:rsidR="000A3144" w:rsidRDefault="00000000">
      <w:pPr>
        <w:pStyle w:val="ListBullet"/>
      </w:pPr>
      <w:r>
        <w:t>Strong interest in SEO, backlinking, SMM, Google Ads, and Email Marketing</w:t>
      </w:r>
    </w:p>
    <w:p w14:paraId="4B7DBBC3" w14:textId="77777777" w:rsidR="000A3144" w:rsidRDefault="00000000">
      <w:pPr>
        <w:pStyle w:val="ListBullet"/>
      </w:pPr>
      <w:r>
        <w:t>Comfortable using digital tools for remote collaboration and communication</w:t>
      </w:r>
    </w:p>
    <w:p w14:paraId="31990667" w14:textId="77777777" w:rsidR="000A3144" w:rsidRDefault="00000000">
      <w:pPr>
        <w:pStyle w:val="ListBullet"/>
      </w:pPr>
      <w:r>
        <w:t>Quick learner with strong adaptability and problem-solving skills</w:t>
      </w:r>
    </w:p>
    <w:sectPr w:rsidR="000A3144"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75DAAAD0"/>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38BA698B"/>
    <w:multiLevelType w:val="multilevel"/>
    <w:tmpl w:val="88E2CE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54372216">
    <w:abstractNumId w:val="8"/>
  </w:num>
  <w:num w:numId="2" w16cid:durableId="869760377">
    <w:abstractNumId w:val="6"/>
  </w:num>
  <w:num w:numId="3" w16cid:durableId="633946830">
    <w:abstractNumId w:val="5"/>
  </w:num>
  <w:num w:numId="4" w16cid:durableId="2102725302">
    <w:abstractNumId w:val="4"/>
  </w:num>
  <w:num w:numId="5" w16cid:durableId="889925137">
    <w:abstractNumId w:val="7"/>
  </w:num>
  <w:num w:numId="6" w16cid:durableId="1328289936">
    <w:abstractNumId w:val="3"/>
  </w:num>
  <w:num w:numId="7" w16cid:durableId="1961644133">
    <w:abstractNumId w:val="2"/>
  </w:num>
  <w:num w:numId="8" w16cid:durableId="244458066">
    <w:abstractNumId w:val="1"/>
  </w:num>
  <w:num w:numId="9" w16cid:durableId="967004772">
    <w:abstractNumId w:val="0"/>
  </w:num>
  <w:num w:numId="10" w16cid:durableId="184407939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2372E"/>
    <w:rsid w:val="00027C09"/>
    <w:rsid w:val="00034616"/>
    <w:rsid w:val="0006063C"/>
    <w:rsid w:val="000A3144"/>
    <w:rsid w:val="0015074B"/>
    <w:rsid w:val="00185101"/>
    <w:rsid w:val="002012B3"/>
    <w:rsid w:val="00212BA5"/>
    <w:rsid w:val="0029639D"/>
    <w:rsid w:val="003268B6"/>
    <w:rsid w:val="00326F90"/>
    <w:rsid w:val="004F694F"/>
    <w:rsid w:val="0066090B"/>
    <w:rsid w:val="0068013C"/>
    <w:rsid w:val="009B232E"/>
    <w:rsid w:val="00A14D22"/>
    <w:rsid w:val="00A80D7F"/>
    <w:rsid w:val="00AA1D8D"/>
    <w:rsid w:val="00AF71D1"/>
    <w:rsid w:val="00B47730"/>
    <w:rsid w:val="00C27EBE"/>
    <w:rsid w:val="00C86F5B"/>
    <w:rsid w:val="00CB0664"/>
    <w:rsid w:val="00D23CB1"/>
    <w:rsid w:val="00DB37DC"/>
    <w:rsid w:val="00E00EDA"/>
    <w:rsid w:val="00E86DC6"/>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C40B000"/>
  <w14:defaultImageDpi w14:val="300"/>
  <w15:docId w15:val="{DA66F2C3-D171-425D-899E-353E6E9C57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NormalWeb">
    <w:name w:val="Normal (Web)"/>
    <w:basedOn w:val="Normal"/>
    <w:uiPriority w:val="99"/>
    <w:semiHidden/>
    <w:unhideWhenUsed/>
    <w:rsid w:val="009B232E"/>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9B232E"/>
    <w:rPr>
      <w:color w:val="0000FF" w:themeColor="hyperlink"/>
      <w:u w:val="single"/>
    </w:rPr>
  </w:style>
  <w:style w:type="character" w:styleId="UnresolvedMention">
    <w:name w:val="Unresolved Mention"/>
    <w:basedOn w:val="DefaultParagraphFont"/>
    <w:uiPriority w:val="99"/>
    <w:semiHidden/>
    <w:unhideWhenUsed/>
    <w:rsid w:val="009B232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veenamacha3@gmail.com"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2</Pages>
  <Words>494</Words>
  <Characters>2818</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3306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Naveena Macha</cp:lastModifiedBy>
  <cp:revision>17</cp:revision>
  <dcterms:created xsi:type="dcterms:W3CDTF">2026-05-12T10:15:00Z</dcterms:created>
  <dcterms:modified xsi:type="dcterms:W3CDTF">2026-06-16T11:55:00Z</dcterms:modified>
  <cp:category/>
</cp:coreProperties>
</file>